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B3B86E" w14:textId="77777777" w:rsidR="00720A7E" w:rsidRDefault="00B9564E">
      <w:pPr>
        <w:jc w:val="center"/>
        <w:rPr>
          <w:lang w:eastAsia="zh-TW"/>
        </w:rPr>
      </w:pPr>
      <w:r>
        <w:rPr>
          <w:sz w:val="32"/>
          <w:lang w:eastAsia="zh-TW"/>
        </w:rPr>
        <w:t>「願祢受讚頌」十週年全國成果發表會</w:t>
      </w:r>
      <w:r>
        <w:rPr>
          <w:sz w:val="32"/>
          <w:lang w:eastAsia="zh-TW"/>
        </w:rPr>
        <w:br/>
      </w:r>
      <w:r>
        <w:rPr>
          <w:sz w:val="32"/>
          <w:lang w:eastAsia="zh-TW"/>
        </w:rPr>
        <w:t>各教區</w:t>
      </w:r>
      <w:r>
        <w:rPr>
          <w:sz w:val="32"/>
          <w:lang w:eastAsia="zh-TW"/>
        </w:rPr>
        <w:t>/</w:t>
      </w:r>
      <w:r>
        <w:rPr>
          <w:sz w:val="32"/>
          <w:lang w:eastAsia="zh-TW"/>
        </w:rPr>
        <w:t>團體推薦表單（紙本）</w:t>
      </w:r>
    </w:p>
    <w:p w14:paraId="7AB71AFD" w14:textId="77777777" w:rsidR="00720A7E" w:rsidRDefault="00720A7E">
      <w:pPr>
        <w:rPr>
          <w:lang w:eastAsia="zh-TW"/>
        </w:rPr>
      </w:pPr>
    </w:p>
    <w:p w14:paraId="5D93639B" w14:textId="5B3C2DDC" w:rsidR="00720A7E" w:rsidRDefault="00712AA5">
      <w:pPr>
        <w:rPr>
          <w:lang w:eastAsia="zh-TW"/>
        </w:rPr>
      </w:pPr>
      <w:r w:rsidRPr="00712AA5">
        <w:rPr>
          <w:rFonts w:ascii="標楷體" w:eastAsia="標楷體" w:hAnsi="標楷體" w:hint="eastAsia"/>
          <w:sz w:val="28"/>
          <w:szCs w:val="28"/>
          <w:lang w:eastAsia="zh-TW"/>
        </w:rPr>
        <w:t>一、</w:t>
      </w:r>
      <w:r w:rsidR="00B9564E" w:rsidRPr="00712AA5">
        <w:rPr>
          <w:rFonts w:ascii="標楷體" w:eastAsia="標楷體" w:hAnsi="標楷體"/>
          <w:sz w:val="28"/>
          <w:szCs w:val="28"/>
          <w:lang w:eastAsia="zh-TW"/>
        </w:rPr>
        <w:t>表單編號：</w:t>
      </w:r>
      <w:r w:rsidR="003E633D" w:rsidRPr="003E633D">
        <w:rPr>
          <w:rFonts w:hint="eastAsia"/>
          <w:lang w:eastAsia="zh-TW"/>
        </w:rPr>
        <w:t>（由承辦單位填寫）</w:t>
      </w:r>
      <w:bookmarkStart w:id="0" w:name="_GoBack"/>
      <w:bookmarkEnd w:id="0"/>
      <w:r>
        <w:rPr>
          <w:rFonts w:ascii="新細明體" w:eastAsia="新細明體" w:hAnsi="新細明體" w:hint="eastAsia"/>
          <w:lang w:eastAsia="zh-TW"/>
        </w:rPr>
        <w:t xml:space="preserve">          </w:t>
      </w:r>
      <w:r w:rsidR="00B9564E">
        <w:rPr>
          <w:lang w:eastAsia="zh-TW"/>
        </w:rPr>
        <w:t>送件日期：</w:t>
      </w:r>
      <w:r w:rsidR="00B9564E">
        <w:rPr>
          <w:lang w:eastAsia="zh-TW"/>
        </w:rPr>
        <w:t xml:space="preserve">____ </w:t>
      </w:r>
      <w:r w:rsidR="00B9564E">
        <w:rPr>
          <w:lang w:eastAsia="zh-TW"/>
        </w:rPr>
        <w:t>年</w:t>
      </w:r>
      <w:r w:rsidR="00B9564E">
        <w:rPr>
          <w:lang w:eastAsia="zh-TW"/>
        </w:rPr>
        <w:t xml:space="preserve"> ___ </w:t>
      </w:r>
      <w:r w:rsidR="00B9564E">
        <w:rPr>
          <w:lang w:eastAsia="zh-TW"/>
        </w:rPr>
        <w:t>月</w:t>
      </w:r>
      <w:r w:rsidR="00B9564E">
        <w:rPr>
          <w:lang w:eastAsia="zh-TW"/>
        </w:rPr>
        <w:t xml:space="preserve"> ___ </w:t>
      </w:r>
      <w:r w:rsidR="00B9564E">
        <w:rPr>
          <w:lang w:eastAsia="zh-TW"/>
        </w:rPr>
        <w:t>日</w:t>
      </w:r>
    </w:p>
    <w:tbl>
      <w:tblPr>
        <w:tblStyle w:val="aff2"/>
        <w:tblW w:w="0" w:type="auto"/>
        <w:tblInd w:w="704" w:type="dxa"/>
        <w:tblLook w:val="04A0" w:firstRow="1" w:lastRow="0" w:firstColumn="1" w:lastColumn="0" w:noHBand="0" w:noVBand="1"/>
      </w:tblPr>
      <w:tblGrid>
        <w:gridCol w:w="3716"/>
        <w:gridCol w:w="4210"/>
      </w:tblGrid>
      <w:tr w:rsidR="00712AA5" w:rsidRPr="006C33E7" w14:paraId="10CF721B" w14:textId="77777777" w:rsidTr="0010786A">
        <w:tc>
          <w:tcPr>
            <w:tcW w:w="4253" w:type="dxa"/>
          </w:tcPr>
          <w:p w14:paraId="3BE7C0EE" w14:textId="77777777" w:rsidR="00712AA5" w:rsidRPr="001F2F59" w:rsidRDefault="00712AA5" w:rsidP="0010786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2F59">
              <w:rPr>
                <w:rFonts w:ascii="標楷體" w:eastAsia="標楷體" w:hAnsi="標楷體"/>
                <w:sz w:val="28"/>
                <w:szCs w:val="28"/>
              </w:rPr>
              <w:t>欄</w:t>
            </w:r>
            <w:r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 xml:space="preserve">     </w:t>
            </w:r>
            <w:r w:rsidRPr="001F2F59">
              <w:rPr>
                <w:rFonts w:ascii="標楷體" w:eastAsia="標楷體" w:hAnsi="標楷體"/>
                <w:sz w:val="28"/>
                <w:szCs w:val="28"/>
              </w:rPr>
              <w:t>位</w:t>
            </w:r>
          </w:p>
        </w:tc>
        <w:tc>
          <w:tcPr>
            <w:tcW w:w="4961" w:type="dxa"/>
          </w:tcPr>
          <w:p w14:paraId="44E142E0" w14:textId="77777777" w:rsidR="00712AA5" w:rsidRPr="001F2F59" w:rsidRDefault="00712AA5" w:rsidP="0010786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F2F59">
              <w:rPr>
                <w:rFonts w:ascii="標楷體" w:eastAsia="標楷體" w:hAnsi="標楷體"/>
                <w:sz w:val="28"/>
                <w:szCs w:val="28"/>
              </w:rPr>
              <w:t>內</w:t>
            </w:r>
            <w:r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 xml:space="preserve">     </w:t>
            </w:r>
            <w:r w:rsidRPr="001F2F59">
              <w:rPr>
                <w:rFonts w:ascii="標楷體" w:eastAsia="標楷體" w:hAnsi="標楷體"/>
                <w:sz w:val="28"/>
                <w:szCs w:val="28"/>
              </w:rPr>
              <w:t>容</w:t>
            </w:r>
          </w:p>
        </w:tc>
      </w:tr>
      <w:tr w:rsidR="00712AA5" w:rsidRPr="006C33E7" w14:paraId="68E8108D" w14:textId="77777777" w:rsidTr="0010786A">
        <w:tc>
          <w:tcPr>
            <w:tcW w:w="4253" w:type="dxa"/>
          </w:tcPr>
          <w:p w14:paraId="01592A6A" w14:textId="77777777" w:rsidR="00712AA5" w:rsidRPr="00334D7F" w:rsidRDefault="00712AA5" w:rsidP="0010786A">
            <w:pPr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334D7F">
              <w:rPr>
                <w:rFonts w:ascii="標楷體" w:eastAsia="標楷體" w:hAnsi="標楷體"/>
                <w:sz w:val="24"/>
                <w:szCs w:val="24"/>
              </w:rPr>
              <w:t>推薦單位</w:t>
            </w:r>
            <w:proofErr w:type="spellEnd"/>
          </w:p>
        </w:tc>
        <w:tc>
          <w:tcPr>
            <w:tcW w:w="4961" w:type="dxa"/>
          </w:tcPr>
          <w:p w14:paraId="54BCC540" w14:textId="1377E42C" w:rsidR="00712AA5" w:rsidRPr="006C33E7" w:rsidRDefault="00712AA5" w:rsidP="0010786A">
            <w:pPr>
              <w:rPr>
                <w:rFonts w:ascii="新細明體" w:eastAsia="新細明體" w:hAnsi="新細明體"/>
                <w:sz w:val="24"/>
                <w:szCs w:val="24"/>
                <w:lang w:eastAsia="zh-TW"/>
              </w:rPr>
            </w:pPr>
            <w:r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 xml:space="preserve"> </w:t>
            </w:r>
          </w:p>
        </w:tc>
      </w:tr>
      <w:tr w:rsidR="00712AA5" w:rsidRPr="006C33E7" w14:paraId="55E9FE74" w14:textId="77777777" w:rsidTr="0010786A">
        <w:tc>
          <w:tcPr>
            <w:tcW w:w="4253" w:type="dxa"/>
          </w:tcPr>
          <w:p w14:paraId="29CFD088" w14:textId="77777777" w:rsidR="00712AA5" w:rsidRPr="00334D7F" w:rsidRDefault="00712AA5" w:rsidP="0010786A">
            <w:pPr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 w:rsidRPr="00334D7F">
              <w:rPr>
                <w:rFonts w:ascii="標楷體" w:eastAsia="標楷體" w:hAnsi="標楷體"/>
                <w:sz w:val="24"/>
                <w:szCs w:val="24"/>
                <w:lang w:eastAsia="zh-TW"/>
              </w:rPr>
              <w:t>推薦單位性質（教區/修會/學校/機構/其他）</w:t>
            </w:r>
          </w:p>
        </w:tc>
        <w:tc>
          <w:tcPr>
            <w:tcW w:w="4961" w:type="dxa"/>
            <w:vAlign w:val="center"/>
          </w:tcPr>
          <w:p w14:paraId="247FCD0C" w14:textId="3822F33F" w:rsidR="00712AA5" w:rsidRPr="006C33E7" w:rsidRDefault="00712AA5" w:rsidP="0010786A">
            <w:pPr>
              <w:jc w:val="both"/>
              <w:rPr>
                <w:rFonts w:ascii="新細明體" w:eastAsia="新細明體" w:hAnsi="新細明體"/>
                <w:sz w:val="24"/>
                <w:szCs w:val="24"/>
                <w:lang w:eastAsia="zh-TW"/>
              </w:rPr>
            </w:pPr>
            <w:r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 xml:space="preserve"> </w:t>
            </w:r>
          </w:p>
        </w:tc>
      </w:tr>
      <w:tr w:rsidR="00712AA5" w:rsidRPr="006C33E7" w14:paraId="65E3C6FC" w14:textId="77777777" w:rsidTr="0010786A">
        <w:tc>
          <w:tcPr>
            <w:tcW w:w="4253" w:type="dxa"/>
          </w:tcPr>
          <w:p w14:paraId="0CD391B8" w14:textId="77777777" w:rsidR="00712AA5" w:rsidRPr="00334D7F" w:rsidRDefault="00712AA5" w:rsidP="0010786A">
            <w:pPr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334D7F">
              <w:rPr>
                <w:rFonts w:ascii="標楷體" w:eastAsia="標楷體" w:hAnsi="標楷體"/>
                <w:sz w:val="24"/>
                <w:szCs w:val="24"/>
              </w:rPr>
              <w:t>推薦聯絡人姓名</w:t>
            </w:r>
            <w:proofErr w:type="spellEnd"/>
          </w:p>
        </w:tc>
        <w:tc>
          <w:tcPr>
            <w:tcW w:w="4961" w:type="dxa"/>
          </w:tcPr>
          <w:p w14:paraId="2B89F0B3" w14:textId="6BF08273" w:rsidR="00712AA5" w:rsidRPr="006C33E7" w:rsidRDefault="00712AA5" w:rsidP="0010786A">
            <w:pPr>
              <w:rPr>
                <w:rFonts w:ascii="新細明體" w:eastAsia="新細明體" w:hAnsi="新細明體"/>
                <w:sz w:val="24"/>
                <w:szCs w:val="24"/>
              </w:rPr>
            </w:pPr>
            <w:r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 xml:space="preserve"> </w:t>
            </w:r>
          </w:p>
        </w:tc>
      </w:tr>
      <w:tr w:rsidR="00712AA5" w:rsidRPr="006C33E7" w14:paraId="081C80CF" w14:textId="77777777" w:rsidTr="0010786A">
        <w:tc>
          <w:tcPr>
            <w:tcW w:w="4253" w:type="dxa"/>
          </w:tcPr>
          <w:p w14:paraId="6E55A815" w14:textId="77777777" w:rsidR="00712AA5" w:rsidRPr="00334D7F" w:rsidRDefault="00712AA5" w:rsidP="0010786A">
            <w:pPr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334D7F">
              <w:rPr>
                <w:rFonts w:ascii="標楷體" w:eastAsia="標楷體" w:hAnsi="標楷體"/>
                <w:sz w:val="24"/>
                <w:szCs w:val="24"/>
              </w:rPr>
              <w:t>職稱</w:t>
            </w:r>
            <w:proofErr w:type="spellEnd"/>
          </w:p>
        </w:tc>
        <w:tc>
          <w:tcPr>
            <w:tcW w:w="4961" w:type="dxa"/>
          </w:tcPr>
          <w:p w14:paraId="671E151A" w14:textId="4021AB89" w:rsidR="00712AA5" w:rsidRPr="006C33E7" w:rsidRDefault="00712AA5" w:rsidP="0010786A">
            <w:pPr>
              <w:rPr>
                <w:rFonts w:ascii="新細明體" w:eastAsia="新細明體" w:hAnsi="新細明體"/>
                <w:sz w:val="24"/>
                <w:szCs w:val="24"/>
              </w:rPr>
            </w:pPr>
            <w:r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 xml:space="preserve"> </w:t>
            </w:r>
          </w:p>
        </w:tc>
      </w:tr>
      <w:tr w:rsidR="00712AA5" w:rsidRPr="006C33E7" w14:paraId="097F1D08" w14:textId="77777777" w:rsidTr="0010786A">
        <w:tc>
          <w:tcPr>
            <w:tcW w:w="4253" w:type="dxa"/>
          </w:tcPr>
          <w:p w14:paraId="48862A10" w14:textId="77777777" w:rsidR="00712AA5" w:rsidRPr="00334D7F" w:rsidRDefault="00712AA5" w:rsidP="0010786A">
            <w:pPr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334D7F">
              <w:rPr>
                <w:rFonts w:ascii="標楷體" w:eastAsia="標楷體" w:hAnsi="標楷體"/>
                <w:sz w:val="24"/>
                <w:szCs w:val="24"/>
              </w:rPr>
              <w:t>電話</w:t>
            </w:r>
            <w:proofErr w:type="spellEnd"/>
          </w:p>
        </w:tc>
        <w:tc>
          <w:tcPr>
            <w:tcW w:w="4961" w:type="dxa"/>
          </w:tcPr>
          <w:p w14:paraId="5E088FBD" w14:textId="3292B24A" w:rsidR="00712AA5" w:rsidRPr="006C33E7" w:rsidRDefault="00712AA5" w:rsidP="0010786A">
            <w:pPr>
              <w:rPr>
                <w:rFonts w:ascii="新細明體" w:eastAsia="新細明體" w:hAnsi="新細明體"/>
                <w:sz w:val="24"/>
                <w:szCs w:val="24"/>
              </w:rPr>
            </w:pPr>
            <w:r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 xml:space="preserve"> </w:t>
            </w:r>
          </w:p>
        </w:tc>
      </w:tr>
      <w:tr w:rsidR="00712AA5" w:rsidRPr="006C33E7" w14:paraId="5FEE8268" w14:textId="77777777" w:rsidTr="0010786A">
        <w:tc>
          <w:tcPr>
            <w:tcW w:w="4253" w:type="dxa"/>
          </w:tcPr>
          <w:p w14:paraId="6C896770" w14:textId="77777777" w:rsidR="00712AA5" w:rsidRPr="00334D7F" w:rsidRDefault="00712AA5" w:rsidP="0010786A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334D7F">
              <w:rPr>
                <w:rFonts w:ascii="標楷體" w:eastAsia="標楷體" w:hAnsi="標楷體"/>
                <w:sz w:val="24"/>
                <w:szCs w:val="24"/>
              </w:rPr>
              <w:t>Email</w:t>
            </w:r>
          </w:p>
        </w:tc>
        <w:tc>
          <w:tcPr>
            <w:tcW w:w="4961" w:type="dxa"/>
          </w:tcPr>
          <w:p w14:paraId="6E5221FB" w14:textId="4E523C90" w:rsidR="00712AA5" w:rsidRPr="006C33E7" w:rsidRDefault="00712AA5" w:rsidP="0010786A">
            <w:pPr>
              <w:rPr>
                <w:rFonts w:ascii="新細明體" w:eastAsia="新細明體" w:hAnsi="新細明體"/>
                <w:sz w:val="24"/>
                <w:szCs w:val="24"/>
              </w:rPr>
            </w:pPr>
            <w:r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 xml:space="preserve"> </w:t>
            </w:r>
          </w:p>
        </w:tc>
      </w:tr>
      <w:tr w:rsidR="00712AA5" w:rsidRPr="006C33E7" w14:paraId="50EEC08A" w14:textId="77777777" w:rsidTr="0010786A">
        <w:tc>
          <w:tcPr>
            <w:tcW w:w="4253" w:type="dxa"/>
          </w:tcPr>
          <w:p w14:paraId="5C0DC318" w14:textId="77777777" w:rsidR="00712AA5" w:rsidRPr="00334D7F" w:rsidRDefault="00712AA5" w:rsidP="0010786A">
            <w:pPr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 w:rsidRPr="00334D7F">
              <w:rPr>
                <w:rFonts w:ascii="標楷體" w:eastAsia="標楷體" w:hAnsi="標楷體"/>
                <w:sz w:val="24"/>
                <w:szCs w:val="24"/>
                <w:lang w:eastAsia="zh-TW"/>
              </w:rPr>
              <w:t>被推薦單位/團體/個人名稱</w:t>
            </w:r>
          </w:p>
        </w:tc>
        <w:tc>
          <w:tcPr>
            <w:tcW w:w="4961" w:type="dxa"/>
          </w:tcPr>
          <w:p w14:paraId="17025E77" w14:textId="0D89078A" w:rsidR="00712AA5" w:rsidRPr="006C33E7" w:rsidRDefault="00712AA5" w:rsidP="0010786A">
            <w:pPr>
              <w:rPr>
                <w:rFonts w:ascii="新細明體" w:eastAsia="新細明體" w:hAnsi="新細明體"/>
                <w:sz w:val="24"/>
                <w:szCs w:val="24"/>
                <w:lang w:eastAsia="zh-TW"/>
              </w:rPr>
            </w:pPr>
            <w:r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 xml:space="preserve"> </w:t>
            </w:r>
          </w:p>
        </w:tc>
      </w:tr>
      <w:tr w:rsidR="00712AA5" w:rsidRPr="006C33E7" w14:paraId="6F759D77" w14:textId="77777777" w:rsidTr="0010786A">
        <w:tc>
          <w:tcPr>
            <w:tcW w:w="4253" w:type="dxa"/>
          </w:tcPr>
          <w:p w14:paraId="725D48A5" w14:textId="77777777" w:rsidR="00712AA5" w:rsidRPr="00334D7F" w:rsidRDefault="00712AA5" w:rsidP="0010786A">
            <w:pPr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 w:rsidRPr="00334D7F">
              <w:rPr>
                <w:rFonts w:ascii="標楷體" w:eastAsia="標楷體" w:hAnsi="標楷體"/>
                <w:sz w:val="24"/>
                <w:szCs w:val="24"/>
                <w:lang w:eastAsia="zh-TW"/>
              </w:rPr>
              <w:t>被推薦單位性質（堂區/教區機構/學校/修會/慈善/社福/非營利/企業/個人/其他）</w:t>
            </w:r>
          </w:p>
        </w:tc>
        <w:tc>
          <w:tcPr>
            <w:tcW w:w="4961" w:type="dxa"/>
            <w:vAlign w:val="center"/>
          </w:tcPr>
          <w:p w14:paraId="7FB8CBF6" w14:textId="6F210632" w:rsidR="00712AA5" w:rsidRPr="006C33E7" w:rsidRDefault="00712AA5" w:rsidP="0010786A">
            <w:pPr>
              <w:jc w:val="both"/>
              <w:rPr>
                <w:rFonts w:ascii="新細明體" w:eastAsia="新細明體" w:hAnsi="新細明體"/>
                <w:sz w:val="24"/>
                <w:szCs w:val="24"/>
                <w:lang w:eastAsia="zh-TW"/>
              </w:rPr>
            </w:pPr>
            <w:r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 xml:space="preserve"> </w:t>
            </w:r>
          </w:p>
        </w:tc>
      </w:tr>
      <w:tr w:rsidR="00712AA5" w:rsidRPr="006C33E7" w14:paraId="5FFE66A5" w14:textId="77777777" w:rsidTr="0010786A">
        <w:tc>
          <w:tcPr>
            <w:tcW w:w="4253" w:type="dxa"/>
          </w:tcPr>
          <w:p w14:paraId="0E26DD3D" w14:textId="77777777" w:rsidR="00712AA5" w:rsidRPr="00334D7F" w:rsidRDefault="00712AA5" w:rsidP="0010786A">
            <w:pPr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334D7F">
              <w:rPr>
                <w:rFonts w:ascii="標楷體" w:eastAsia="標楷體" w:hAnsi="標楷體"/>
                <w:sz w:val="24"/>
                <w:szCs w:val="24"/>
              </w:rPr>
              <w:t>計畫</w:t>
            </w:r>
            <w:proofErr w:type="spellEnd"/>
            <w:r w:rsidRPr="00334D7F">
              <w:rPr>
                <w:rFonts w:ascii="標楷體" w:eastAsia="標楷體" w:hAnsi="標楷體"/>
                <w:sz w:val="24"/>
                <w:szCs w:val="24"/>
              </w:rPr>
              <w:t>/</w:t>
            </w:r>
            <w:proofErr w:type="spellStart"/>
            <w:r w:rsidRPr="00334D7F">
              <w:rPr>
                <w:rFonts w:ascii="標楷體" w:eastAsia="標楷體" w:hAnsi="標楷體"/>
                <w:sz w:val="24"/>
                <w:szCs w:val="24"/>
              </w:rPr>
              <w:t>方案名稱</w:t>
            </w:r>
            <w:proofErr w:type="spellEnd"/>
          </w:p>
        </w:tc>
        <w:tc>
          <w:tcPr>
            <w:tcW w:w="4961" w:type="dxa"/>
          </w:tcPr>
          <w:p w14:paraId="04021C25" w14:textId="1421776D" w:rsidR="00712AA5" w:rsidRPr="006C33E7" w:rsidRDefault="00712AA5" w:rsidP="0010786A">
            <w:pPr>
              <w:rPr>
                <w:rFonts w:ascii="新細明體" w:eastAsia="新細明體" w:hAnsi="新細明體"/>
                <w:sz w:val="24"/>
                <w:szCs w:val="24"/>
                <w:lang w:eastAsia="zh-TW"/>
              </w:rPr>
            </w:pPr>
            <w:r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 xml:space="preserve"> </w:t>
            </w:r>
          </w:p>
        </w:tc>
      </w:tr>
      <w:tr w:rsidR="00712AA5" w:rsidRPr="006C33E7" w14:paraId="61600EA1" w14:textId="77777777" w:rsidTr="0010786A">
        <w:tc>
          <w:tcPr>
            <w:tcW w:w="4253" w:type="dxa"/>
            <w:vAlign w:val="center"/>
          </w:tcPr>
          <w:p w14:paraId="3DB4B26A" w14:textId="77777777" w:rsidR="00712AA5" w:rsidRPr="00334D7F" w:rsidRDefault="00712AA5" w:rsidP="0010786A">
            <w:pPr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proofErr w:type="spellStart"/>
            <w:r w:rsidRPr="00334D7F">
              <w:rPr>
                <w:rFonts w:ascii="標楷體" w:eastAsia="標楷體" w:hAnsi="標楷體"/>
                <w:sz w:val="24"/>
                <w:szCs w:val="24"/>
              </w:rPr>
              <w:t>執行期間（起迄</w:t>
            </w:r>
            <w:proofErr w:type="spellEnd"/>
            <w:r w:rsidRPr="00334D7F">
              <w:rPr>
                <w:rFonts w:ascii="標楷體" w:eastAsia="標楷體" w:hAnsi="標楷體"/>
                <w:sz w:val="24"/>
                <w:szCs w:val="24"/>
              </w:rPr>
              <w:t>）</w:t>
            </w:r>
          </w:p>
        </w:tc>
        <w:tc>
          <w:tcPr>
            <w:tcW w:w="4961" w:type="dxa"/>
          </w:tcPr>
          <w:p w14:paraId="582D6A9E" w14:textId="61744817" w:rsidR="00712AA5" w:rsidRPr="006C33E7" w:rsidRDefault="00712AA5" w:rsidP="0010786A">
            <w:pPr>
              <w:rPr>
                <w:rFonts w:ascii="新細明體" w:eastAsia="新細明體" w:hAnsi="新細明體"/>
                <w:sz w:val="24"/>
                <w:szCs w:val="24"/>
              </w:rPr>
            </w:pPr>
            <w:r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 xml:space="preserve"> </w:t>
            </w:r>
            <w:proofErr w:type="gramStart"/>
            <w:r w:rsidRPr="006C33E7">
              <w:rPr>
                <w:rFonts w:ascii="新細明體" w:eastAsia="新細明體" w:hAnsi="新細明體"/>
                <w:sz w:val="24"/>
                <w:szCs w:val="24"/>
              </w:rPr>
              <w:t xml:space="preserve">年 </w:t>
            </w:r>
            <w:r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 xml:space="preserve"> </w:t>
            </w:r>
            <w:r w:rsidRPr="006C33E7">
              <w:rPr>
                <w:rFonts w:ascii="新細明體" w:eastAsia="新細明體" w:hAnsi="新細明體"/>
                <w:sz w:val="24"/>
                <w:szCs w:val="24"/>
              </w:rPr>
              <w:t>月</w:t>
            </w:r>
            <w:proofErr w:type="gramEnd"/>
            <w:r w:rsidRPr="006C33E7">
              <w:rPr>
                <w:rFonts w:ascii="新細明體" w:eastAsia="新細明體" w:hAnsi="新細明體"/>
                <w:sz w:val="24"/>
                <w:szCs w:val="24"/>
              </w:rPr>
              <w:t xml:space="preserve"> </w:t>
            </w:r>
            <w:r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 xml:space="preserve"> </w:t>
            </w:r>
            <w:r w:rsidRPr="006C33E7">
              <w:rPr>
                <w:rFonts w:ascii="新細明體" w:eastAsia="新細明體" w:hAnsi="新細明體"/>
                <w:sz w:val="24"/>
                <w:szCs w:val="24"/>
              </w:rPr>
              <w:t xml:space="preserve">日  至  </w:t>
            </w:r>
            <w:r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 xml:space="preserve"> </w:t>
            </w:r>
            <w:r w:rsidRPr="006C33E7">
              <w:rPr>
                <w:rFonts w:ascii="新細明體" w:eastAsia="新細明體" w:hAnsi="新細明體"/>
                <w:sz w:val="24"/>
                <w:szCs w:val="24"/>
              </w:rPr>
              <w:t xml:space="preserve"> 年 </w:t>
            </w:r>
            <w:r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 xml:space="preserve"> </w:t>
            </w:r>
            <w:r w:rsidRPr="006C33E7">
              <w:rPr>
                <w:rFonts w:ascii="新細明體" w:eastAsia="新細明體" w:hAnsi="新細明體"/>
                <w:sz w:val="24"/>
                <w:szCs w:val="24"/>
              </w:rPr>
              <w:t xml:space="preserve"> 月 </w:t>
            </w:r>
            <w:r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 xml:space="preserve"> </w:t>
            </w:r>
            <w:r w:rsidRPr="006C33E7">
              <w:rPr>
                <w:rFonts w:ascii="新細明體" w:eastAsia="新細明體" w:hAnsi="新細明體"/>
                <w:sz w:val="24"/>
                <w:szCs w:val="24"/>
              </w:rPr>
              <w:t xml:space="preserve"> 日</w:t>
            </w:r>
          </w:p>
        </w:tc>
      </w:tr>
      <w:tr w:rsidR="00712AA5" w:rsidRPr="006C33E7" w14:paraId="2B02A064" w14:textId="77777777" w:rsidTr="0010786A">
        <w:tc>
          <w:tcPr>
            <w:tcW w:w="4253" w:type="dxa"/>
          </w:tcPr>
          <w:p w14:paraId="3D1E3185" w14:textId="77777777" w:rsidR="00712AA5" w:rsidRPr="00334D7F" w:rsidRDefault="00712AA5" w:rsidP="0010786A">
            <w:pPr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 w:rsidRPr="00334D7F">
              <w:rPr>
                <w:rFonts w:ascii="標楷體" w:eastAsia="標楷體" w:hAnsi="標楷體"/>
                <w:sz w:val="24"/>
                <w:szCs w:val="24"/>
                <w:lang w:eastAsia="zh-TW"/>
              </w:rPr>
              <w:t>執行地區（縣市/鄉鎮市區）</w:t>
            </w:r>
          </w:p>
        </w:tc>
        <w:tc>
          <w:tcPr>
            <w:tcW w:w="4961" w:type="dxa"/>
          </w:tcPr>
          <w:p w14:paraId="4A5E9EE5" w14:textId="747F6882" w:rsidR="00712AA5" w:rsidRPr="006C33E7" w:rsidRDefault="00712AA5" w:rsidP="0010786A">
            <w:pPr>
              <w:rPr>
                <w:rFonts w:ascii="新細明體" w:eastAsia="新細明體" w:hAnsi="新細明體"/>
                <w:sz w:val="24"/>
                <w:szCs w:val="24"/>
                <w:lang w:eastAsia="zh-TW"/>
              </w:rPr>
            </w:pPr>
            <w:r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 xml:space="preserve"> </w:t>
            </w:r>
          </w:p>
        </w:tc>
      </w:tr>
      <w:tr w:rsidR="00712AA5" w:rsidRPr="006C33E7" w14:paraId="3C3C8A53" w14:textId="77777777" w:rsidTr="0010786A">
        <w:tc>
          <w:tcPr>
            <w:tcW w:w="4253" w:type="dxa"/>
          </w:tcPr>
          <w:p w14:paraId="1ECFF712" w14:textId="77777777" w:rsidR="00712AA5" w:rsidRPr="00334D7F" w:rsidRDefault="00712AA5" w:rsidP="0010786A">
            <w:pPr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 w:rsidRPr="00334D7F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被推薦案聯絡人資料（姓名／手機／e</w:t>
            </w:r>
            <w:r w:rsidRPr="00334D7F">
              <w:rPr>
                <w:rFonts w:ascii="標楷體" w:eastAsia="標楷體" w:hAnsi="標楷體"/>
                <w:sz w:val="24"/>
                <w:szCs w:val="24"/>
                <w:lang w:eastAsia="zh-TW"/>
              </w:rPr>
              <w:t>mail</w:t>
            </w:r>
            <w:r w:rsidRPr="00334D7F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）</w:t>
            </w:r>
          </w:p>
        </w:tc>
        <w:tc>
          <w:tcPr>
            <w:tcW w:w="4961" w:type="dxa"/>
          </w:tcPr>
          <w:p w14:paraId="2B461FBE" w14:textId="03BF957A" w:rsidR="00712AA5" w:rsidRPr="006C33E7" w:rsidRDefault="00334D7F" w:rsidP="0010786A">
            <w:pPr>
              <w:rPr>
                <w:rFonts w:ascii="新細明體" w:eastAsia="新細明體" w:hAnsi="新細明體"/>
                <w:sz w:val="24"/>
                <w:szCs w:val="24"/>
                <w:lang w:eastAsia="zh-TW"/>
              </w:rPr>
            </w:pPr>
            <w:r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 xml:space="preserve"> </w:t>
            </w:r>
          </w:p>
        </w:tc>
      </w:tr>
    </w:tbl>
    <w:p w14:paraId="40F2EA99" w14:textId="77777777" w:rsidR="00720A7E" w:rsidRPr="00712AA5" w:rsidRDefault="00720A7E">
      <w:pPr>
        <w:rPr>
          <w:lang w:eastAsia="zh-TW"/>
        </w:rPr>
      </w:pPr>
    </w:p>
    <w:p w14:paraId="421EB9D6" w14:textId="433BE3D2" w:rsidR="00720A7E" w:rsidRDefault="00712AA5">
      <w:pPr>
        <w:rPr>
          <w:lang w:eastAsia="zh-TW"/>
        </w:rPr>
      </w:pPr>
      <w:r w:rsidRPr="00712AA5">
        <w:rPr>
          <w:rFonts w:ascii="標楷體" w:eastAsia="標楷體" w:hAnsi="標楷體" w:hint="eastAsia"/>
          <w:sz w:val="28"/>
          <w:szCs w:val="28"/>
          <w:lang w:eastAsia="zh-TW"/>
        </w:rPr>
        <w:t>二、</w:t>
      </w:r>
      <w:r w:rsidR="00B9564E" w:rsidRPr="00712AA5">
        <w:rPr>
          <w:rFonts w:ascii="標楷體" w:eastAsia="標楷體" w:hAnsi="標楷體"/>
          <w:sz w:val="28"/>
          <w:szCs w:val="28"/>
          <w:lang w:eastAsia="zh-TW"/>
        </w:rPr>
        <w:t>計畫簡述（500字內）</w:t>
      </w:r>
      <w:r w:rsidR="00B9564E">
        <w:rPr>
          <w:lang w:eastAsia="zh-TW"/>
        </w:rPr>
        <w:t>：</w:t>
      </w:r>
    </w:p>
    <w:p w14:paraId="2FCC20CF" w14:textId="77777777" w:rsidR="00720A7E" w:rsidRDefault="00B9564E">
      <w:pPr>
        <w:rPr>
          <w:lang w:eastAsia="zh-TW"/>
        </w:rPr>
      </w:pPr>
      <w:r>
        <w:rPr>
          <w:lang w:eastAsia="zh-TW"/>
        </w:rPr>
        <w:t>（請說明目標、主要行動、受益對象與預期成果）</w:t>
      </w:r>
      <w:r>
        <w:rPr>
          <w:lang w:eastAsia="zh-TW"/>
        </w:rPr>
        <w:br/>
      </w:r>
      <w:r>
        <w:rPr>
          <w:lang w:eastAsia="zh-TW"/>
        </w:rPr>
        <w:br/>
      </w:r>
      <w:r>
        <w:rPr>
          <w:lang w:eastAsia="zh-TW"/>
        </w:rPr>
        <w:br/>
      </w:r>
    </w:p>
    <w:p w14:paraId="1F52371F" w14:textId="7AE2C571" w:rsidR="00720A7E" w:rsidRPr="00712AA5" w:rsidRDefault="00712AA5" w:rsidP="00712AA5">
      <w:pPr>
        <w:spacing w:after="0" w:line="240" w:lineRule="auto"/>
        <w:rPr>
          <w:rFonts w:ascii="標楷體" w:eastAsia="標楷體" w:hAnsi="標楷體"/>
          <w:sz w:val="28"/>
          <w:szCs w:val="28"/>
          <w:lang w:eastAsia="zh-TW"/>
        </w:rPr>
      </w:pPr>
      <w:r w:rsidRPr="00901254">
        <w:rPr>
          <w:rFonts w:ascii="標楷體" w:eastAsia="標楷體" w:hAnsi="標楷體" w:hint="eastAsia"/>
          <w:sz w:val="28"/>
          <w:szCs w:val="28"/>
          <w:lang w:eastAsia="zh-TW"/>
        </w:rPr>
        <w:t>三、「願祢受讚頌」通諭設有七大目標</w:t>
      </w:r>
      <w:r w:rsidRPr="00901254">
        <w:rPr>
          <w:rFonts w:ascii="標楷體" w:eastAsia="標楷體" w:hAnsi="標楷體"/>
          <w:sz w:val="28"/>
          <w:szCs w:val="28"/>
          <w:lang w:eastAsia="zh-TW"/>
        </w:rPr>
        <w:t>（可多選</w:t>
      </w:r>
      <w:r w:rsidRPr="004B0BCE">
        <w:rPr>
          <w:rFonts w:ascii="標楷體" w:eastAsia="標楷體" w:hAnsi="標楷體" w:hint="eastAsia"/>
          <w:sz w:val="28"/>
          <w:szCs w:val="28"/>
          <w:lang w:eastAsia="zh-TW"/>
        </w:rPr>
        <w:t>，圈選或打勾</w:t>
      </w:r>
      <w:r w:rsidRPr="00901254">
        <w:rPr>
          <w:rFonts w:ascii="標楷體" w:eastAsia="標楷體" w:hAnsi="標楷體"/>
          <w:sz w:val="28"/>
          <w:szCs w:val="28"/>
          <w:lang w:eastAsia="zh-TW"/>
        </w:rPr>
        <w:t>）：</w:t>
      </w:r>
    </w:p>
    <w:tbl>
      <w:tblPr>
        <w:tblStyle w:val="af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720A7E" w14:paraId="4C6BDB66" w14:textId="77777777" w:rsidTr="00334D7F">
        <w:tc>
          <w:tcPr>
            <w:tcW w:w="2876" w:type="dxa"/>
          </w:tcPr>
          <w:p w14:paraId="30196173" w14:textId="1B40ABE5" w:rsidR="00720A7E" w:rsidRPr="000D6B1C" w:rsidRDefault="00B9564E">
            <w:pPr>
              <w:rPr>
                <w:sz w:val="28"/>
                <w:szCs w:val="28"/>
              </w:rPr>
            </w:pPr>
            <w:r w:rsidRPr="000D6B1C">
              <w:rPr>
                <w:sz w:val="28"/>
                <w:szCs w:val="28"/>
              </w:rPr>
              <w:t>□</w:t>
            </w:r>
            <w:r w:rsidR="00093896" w:rsidRPr="000D6B1C">
              <w:rPr>
                <w:rFonts w:ascii="新細明體" w:eastAsia="新細明體" w:hAnsi="新細明體" w:hint="eastAsia"/>
                <w:sz w:val="28"/>
                <w:szCs w:val="28"/>
                <w:lang w:eastAsia="zh-TW"/>
              </w:rPr>
              <w:t xml:space="preserve"> </w:t>
            </w:r>
            <w:r w:rsidR="00093896" w:rsidRPr="000D6B1C">
              <w:rPr>
                <w:sz w:val="28"/>
                <w:szCs w:val="28"/>
              </w:rPr>
              <w:t>1.</w:t>
            </w:r>
            <w:r w:rsidR="00093896" w:rsidRPr="000D6B1C">
              <w:rPr>
                <w:rFonts w:ascii="新細明體" w:eastAsia="新細明體" w:hAnsi="新細明體" w:hint="eastAsia"/>
                <w:sz w:val="28"/>
                <w:szCs w:val="28"/>
                <w:lang w:eastAsia="zh-TW"/>
              </w:rPr>
              <w:t xml:space="preserve"> </w:t>
            </w:r>
            <w:r w:rsidR="00093896" w:rsidRPr="000D6B1C">
              <w:rPr>
                <w:rFonts w:hint="eastAsia"/>
                <w:sz w:val="28"/>
                <w:szCs w:val="28"/>
                <w:lang w:eastAsia="zh-TW"/>
              </w:rPr>
              <w:t>回應大地的吶喊</w:t>
            </w:r>
          </w:p>
        </w:tc>
        <w:tc>
          <w:tcPr>
            <w:tcW w:w="2877" w:type="dxa"/>
          </w:tcPr>
          <w:p w14:paraId="58BC53AA" w14:textId="31292B62" w:rsidR="00720A7E" w:rsidRPr="000D6B1C" w:rsidRDefault="00B9564E">
            <w:pPr>
              <w:rPr>
                <w:sz w:val="28"/>
                <w:szCs w:val="28"/>
              </w:rPr>
            </w:pPr>
            <w:r w:rsidRPr="000D6B1C">
              <w:rPr>
                <w:sz w:val="28"/>
                <w:szCs w:val="28"/>
              </w:rPr>
              <w:t xml:space="preserve">□ </w:t>
            </w:r>
            <w:r w:rsidR="00093896" w:rsidRPr="000D6B1C">
              <w:rPr>
                <w:sz w:val="28"/>
                <w:szCs w:val="28"/>
              </w:rPr>
              <w:t>2.</w:t>
            </w:r>
            <w:r w:rsidR="00093896" w:rsidRPr="000D6B1C">
              <w:rPr>
                <w:rFonts w:hint="eastAsia"/>
                <w:sz w:val="28"/>
                <w:szCs w:val="28"/>
                <w:lang w:eastAsia="zh-TW"/>
              </w:rPr>
              <w:t xml:space="preserve"> </w:t>
            </w:r>
            <w:r w:rsidR="00093896" w:rsidRPr="000D6B1C">
              <w:rPr>
                <w:rFonts w:hint="eastAsia"/>
                <w:sz w:val="28"/>
                <w:szCs w:val="28"/>
                <w:lang w:eastAsia="zh-TW"/>
              </w:rPr>
              <w:t>回應窮人的呼號</w:t>
            </w:r>
          </w:p>
        </w:tc>
        <w:tc>
          <w:tcPr>
            <w:tcW w:w="2877" w:type="dxa"/>
          </w:tcPr>
          <w:p w14:paraId="4BE28742" w14:textId="3D8A6D13" w:rsidR="00720A7E" w:rsidRPr="000D6B1C" w:rsidRDefault="00B9564E">
            <w:pPr>
              <w:rPr>
                <w:sz w:val="28"/>
                <w:szCs w:val="28"/>
              </w:rPr>
            </w:pPr>
            <w:r w:rsidRPr="000D6B1C">
              <w:rPr>
                <w:sz w:val="28"/>
                <w:szCs w:val="28"/>
              </w:rPr>
              <w:t>□</w:t>
            </w:r>
            <w:r w:rsidR="00093896" w:rsidRPr="000D6B1C">
              <w:rPr>
                <w:rFonts w:ascii="新細明體" w:eastAsia="新細明體" w:hAnsi="新細明體" w:hint="eastAsia"/>
                <w:sz w:val="28"/>
                <w:szCs w:val="28"/>
                <w:lang w:eastAsia="zh-TW"/>
              </w:rPr>
              <w:t xml:space="preserve"> </w:t>
            </w:r>
            <w:r w:rsidR="00093896" w:rsidRPr="000D6B1C">
              <w:rPr>
                <w:sz w:val="28"/>
                <w:szCs w:val="28"/>
              </w:rPr>
              <w:t>3.</w:t>
            </w:r>
            <w:r w:rsidR="00093896" w:rsidRPr="000D6B1C">
              <w:rPr>
                <w:rFonts w:ascii="新細明體" w:eastAsia="新細明體" w:hAnsi="新細明體" w:hint="eastAsia"/>
                <w:sz w:val="28"/>
                <w:szCs w:val="28"/>
                <w:lang w:eastAsia="zh-TW"/>
              </w:rPr>
              <w:t xml:space="preserve"> </w:t>
            </w:r>
            <w:r w:rsidR="00093896" w:rsidRPr="000D6B1C">
              <w:rPr>
                <w:rFonts w:hint="eastAsia"/>
                <w:sz w:val="28"/>
                <w:szCs w:val="28"/>
                <w:lang w:eastAsia="zh-TW"/>
              </w:rPr>
              <w:t>生態經濟</w:t>
            </w:r>
          </w:p>
        </w:tc>
      </w:tr>
      <w:tr w:rsidR="00720A7E" w14:paraId="688FFBD6" w14:textId="77777777" w:rsidTr="00334D7F">
        <w:tc>
          <w:tcPr>
            <w:tcW w:w="2876" w:type="dxa"/>
          </w:tcPr>
          <w:p w14:paraId="60CCAB86" w14:textId="64786334" w:rsidR="00720A7E" w:rsidRPr="000D6B1C" w:rsidRDefault="00B9564E">
            <w:pPr>
              <w:rPr>
                <w:sz w:val="28"/>
                <w:szCs w:val="28"/>
              </w:rPr>
            </w:pPr>
            <w:r w:rsidRPr="000D6B1C">
              <w:rPr>
                <w:sz w:val="28"/>
                <w:szCs w:val="28"/>
              </w:rPr>
              <w:t xml:space="preserve">□ </w:t>
            </w:r>
            <w:r w:rsidR="00093896" w:rsidRPr="000D6B1C">
              <w:rPr>
                <w:sz w:val="28"/>
                <w:szCs w:val="28"/>
              </w:rPr>
              <w:t>4.</w:t>
            </w:r>
            <w:r w:rsidR="00093896" w:rsidRPr="000D6B1C">
              <w:rPr>
                <w:rFonts w:hint="eastAsia"/>
                <w:sz w:val="28"/>
                <w:szCs w:val="28"/>
                <w:lang w:eastAsia="zh-TW"/>
              </w:rPr>
              <w:t xml:space="preserve"> </w:t>
            </w:r>
            <w:proofErr w:type="gramStart"/>
            <w:r w:rsidR="00093896" w:rsidRPr="000D6B1C">
              <w:rPr>
                <w:rFonts w:hint="eastAsia"/>
                <w:sz w:val="28"/>
                <w:szCs w:val="28"/>
                <w:lang w:eastAsia="zh-TW"/>
              </w:rPr>
              <w:t>採</w:t>
            </w:r>
            <w:proofErr w:type="gramEnd"/>
            <w:r w:rsidR="00093896" w:rsidRPr="000D6B1C">
              <w:rPr>
                <w:rFonts w:hint="eastAsia"/>
                <w:sz w:val="28"/>
                <w:szCs w:val="28"/>
                <w:lang w:eastAsia="zh-TW"/>
              </w:rPr>
              <w:t>行簡樸生活</w:t>
            </w:r>
          </w:p>
        </w:tc>
        <w:tc>
          <w:tcPr>
            <w:tcW w:w="2877" w:type="dxa"/>
          </w:tcPr>
          <w:p w14:paraId="26DD1ADC" w14:textId="792A5BF9" w:rsidR="00720A7E" w:rsidRPr="000D6B1C" w:rsidRDefault="00B9564E">
            <w:pPr>
              <w:rPr>
                <w:sz w:val="28"/>
                <w:szCs w:val="28"/>
              </w:rPr>
            </w:pPr>
            <w:r w:rsidRPr="000D6B1C">
              <w:rPr>
                <w:sz w:val="28"/>
                <w:szCs w:val="28"/>
              </w:rPr>
              <w:t>□</w:t>
            </w:r>
            <w:r w:rsidR="00093896" w:rsidRPr="000D6B1C">
              <w:rPr>
                <w:rFonts w:ascii="新細明體" w:eastAsia="新細明體" w:hAnsi="新細明體" w:hint="eastAsia"/>
                <w:sz w:val="28"/>
                <w:szCs w:val="28"/>
                <w:lang w:eastAsia="zh-TW"/>
              </w:rPr>
              <w:t xml:space="preserve"> </w:t>
            </w:r>
            <w:r w:rsidR="00093896" w:rsidRPr="000D6B1C">
              <w:rPr>
                <w:sz w:val="28"/>
                <w:szCs w:val="28"/>
              </w:rPr>
              <w:t>5.</w:t>
            </w:r>
            <w:r w:rsidR="00093896" w:rsidRPr="000D6B1C">
              <w:rPr>
                <w:rFonts w:ascii="新細明體" w:eastAsia="新細明體" w:hAnsi="新細明體" w:hint="eastAsia"/>
                <w:sz w:val="28"/>
                <w:szCs w:val="28"/>
                <w:lang w:eastAsia="zh-TW"/>
              </w:rPr>
              <w:t xml:space="preserve"> </w:t>
            </w:r>
            <w:r w:rsidR="00093896" w:rsidRPr="000D6B1C">
              <w:rPr>
                <w:rFonts w:hint="eastAsia"/>
                <w:sz w:val="28"/>
                <w:szCs w:val="28"/>
                <w:lang w:eastAsia="zh-TW"/>
              </w:rPr>
              <w:t>生態教育</w:t>
            </w:r>
          </w:p>
        </w:tc>
        <w:tc>
          <w:tcPr>
            <w:tcW w:w="2877" w:type="dxa"/>
          </w:tcPr>
          <w:p w14:paraId="0B5C21F9" w14:textId="551AFBC9" w:rsidR="00720A7E" w:rsidRPr="000D6B1C" w:rsidRDefault="00B9564E">
            <w:pPr>
              <w:rPr>
                <w:sz w:val="28"/>
                <w:szCs w:val="28"/>
              </w:rPr>
            </w:pPr>
            <w:r w:rsidRPr="000D6B1C">
              <w:rPr>
                <w:sz w:val="28"/>
                <w:szCs w:val="28"/>
              </w:rPr>
              <w:t xml:space="preserve">□ </w:t>
            </w:r>
            <w:r w:rsidR="00093896" w:rsidRPr="000D6B1C">
              <w:rPr>
                <w:sz w:val="28"/>
                <w:szCs w:val="28"/>
              </w:rPr>
              <w:t>6.</w:t>
            </w:r>
            <w:r w:rsidR="00093896" w:rsidRPr="000D6B1C">
              <w:rPr>
                <w:rFonts w:ascii="新細明體" w:eastAsia="新細明體" w:hAnsi="新細明體" w:hint="eastAsia"/>
                <w:sz w:val="28"/>
                <w:szCs w:val="28"/>
                <w:lang w:eastAsia="zh-TW"/>
              </w:rPr>
              <w:t xml:space="preserve"> </w:t>
            </w:r>
            <w:r w:rsidR="00093896" w:rsidRPr="000D6B1C">
              <w:rPr>
                <w:rFonts w:hint="eastAsia"/>
                <w:sz w:val="28"/>
                <w:szCs w:val="28"/>
                <w:lang w:eastAsia="zh-TW"/>
              </w:rPr>
              <w:t>生態靈修</w:t>
            </w:r>
          </w:p>
        </w:tc>
      </w:tr>
      <w:tr w:rsidR="000D6B1C" w14:paraId="28EEE59A" w14:textId="77777777" w:rsidTr="00334D7F">
        <w:tc>
          <w:tcPr>
            <w:tcW w:w="5753" w:type="dxa"/>
            <w:gridSpan w:val="2"/>
          </w:tcPr>
          <w:p w14:paraId="52329AF6" w14:textId="4A088FC5" w:rsidR="000D6B1C" w:rsidRPr="001D2C22" w:rsidRDefault="000D6B1C">
            <w:pPr>
              <w:rPr>
                <w:rFonts w:eastAsia="新細明體"/>
                <w:sz w:val="28"/>
                <w:szCs w:val="28"/>
                <w:lang w:eastAsia="zh-TW"/>
              </w:rPr>
            </w:pPr>
            <w:r w:rsidRPr="000D6B1C">
              <w:rPr>
                <w:sz w:val="28"/>
                <w:szCs w:val="28"/>
                <w:lang w:eastAsia="zh-TW"/>
              </w:rPr>
              <w:t>□ 7.</w:t>
            </w:r>
            <w:r w:rsidRPr="000D6B1C">
              <w:rPr>
                <w:rFonts w:ascii="新細明體" w:eastAsia="新細明體" w:hAnsi="新細明體" w:hint="eastAsia"/>
                <w:sz w:val="28"/>
                <w:szCs w:val="28"/>
                <w:lang w:eastAsia="zh-TW"/>
              </w:rPr>
              <w:t xml:space="preserve"> </w:t>
            </w:r>
            <w:r w:rsidRPr="000D6B1C">
              <w:rPr>
                <w:rFonts w:hint="eastAsia"/>
                <w:sz w:val="28"/>
                <w:szCs w:val="28"/>
                <w:lang w:eastAsia="zh-TW"/>
              </w:rPr>
              <w:t>團體承諾及參與式行動</w:t>
            </w:r>
          </w:p>
        </w:tc>
        <w:tc>
          <w:tcPr>
            <w:tcW w:w="2877" w:type="dxa"/>
          </w:tcPr>
          <w:p w14:paraId="7A6FAA8D" w14:textId="28598463" w:rsidR="000D6B1C" w:rsidRPr="000D6B1C" w:rsidRDefault="000D6B1C">
            <w:pPr>
              <w:rPr>
                <w:sz w:val="28"/>
                <w:szCs w:val="28"/>
                <w:lang w:eastAsia="zh-TW"/>
              </w:rPr>
            </w:pPr>
            <w:r w:rsidRPr="000D6B1C">
              <w:rPr>
                <w:rFonts w:ascii="新細明體" w:eastAsia="新細明體" w:hAnsi="新細明體" w:hint="eastAsia"/>
                <w:sz w:val="28"/>
                <w:szCs w:val="28"/>
                <w:lang w:eastAsia="zh-TW"/>
              </w:rPr>
              <w:t xml:space="preserve"> </w:t>
            </w:r>
          </w:p>
        </w:tc>
      </w:tr>
    </w:tbl>
    <w:p w14:paraId="624FB066" w14:textId="77777777" w:rsidR="00720A7E" w:rsidRDefault="00720A7E">
      <w:pPr>
        <w:rPr>
          <w:lang w:eastAsia="zh-TW"/>
        </w:rPr>
      </w:pPr>
    </w:p>
    <w:p w14:paraId="2EDCAAC0" w14:textId="77777777" w:rsidR="00712AA5" w:rsidRDefault="00712AA5" w:rsidP="00712AA5">
      <w:pPr>
        <w:spacing w:beforeLines="100" w:before="240" w:afterLines="50" w:after="120" w:line="240" w:lineRule="auto"/>
        <w:rPr>
          <w:rFonts w:ascii="標楷體" w:eastAsia="標楷體" w:hAnsi="標楷體"/>
          <w:sz w:val="28"/>
          <w:szCs w:val="28"/>
          <w:lang w:eastAsia="zh-TW"/>
        </w:rPr>
      </w:pPr>
      <w:r w:rsidRPr="004F11EE">
        <w:rPr>
          <w:rFonts w:ascii="標楷體" w:eastAsia="標楷體" w:hAnsi="標楷體" w:hint="eastAsia"/>
          <w:sz w:val="28"/>
          <w:szCs w:val="28"/>
          <w:lang w:eastAsia="zh-TW"/>
        </w:rPr>
        <w:t>四、</w:t>
      </w:r>
      <w:r w:rsidRPr="004F11EE">
        <w:rPr>
          <w:rFonts w:ascii="標楷體" w:eastAsia="標楷體" w:hAnsi="標楷體"/>
          <w:sz w:val="28"/>
          <w:szCs w:val="28"/>
          <w:lang w:eastAsia="zh-TW"/>
        </w:rPr>
        <w:t>量化成果（建議含指標與數值）：</w:t>
      </w:r>
    </w:p>
    <w:p w14:paraId="262F1299" w14:textId="1B99903C" w:rsidR="00720A7E" w:rsidRDefault="00B9564E">
      <w:pPr>
        <w:rPr>
          <w:lang w:eastAsia="zh-TW"/>
        </w:rPr>
      </w:pPr>
      <w:proofErr w:type="gramStart"/>
      <w:r>
        <w:rPr>
          <w:lang w:eastAsia="zh-TW"/>
        </w:rPr>
        <w:lastRenderedPageBreak/>
        <w:t>•</w:t>
      </w:r>
      <w:proofErr w:type="gramEnd"/>
      <w:r>
        <w:rPr>
          <w:lang w:eastAsia="zh-TW"/>
        </w:rPr>
        <w:t xml:space="preserve"> </w:t>
      </w:r>
      <w:r>
        <w:rPr>
          <w:lang w:eastAsia="zh-TW"/>
        </w:rPr>
        <w:t>參與人數：</w:t>
      </w:r>
      <w:r>
        <w:rPr>
          <w:lang w:eastAsia="zh-TW"/>
        </w:rPr>
        <w:br/>
      </w:r>
      <w:proofErr w:type="gramStart"/>
      <w:r>
        <w:rPr>
          <w:lang w:eastAsia="zh-TW"/>
        </w:rPr>
        <w:t>•</w:t>
      </w:r>
      <w:proofErr w:type="gramEnd"/>
      <w:r>
        <w:rPr>
          <w:lang w:eastAsia="zh-TW"/>
        </w:rPr>
        <w:t xml:space="preserve"> </w:t>
      </w:r>
      <w:proofErr w:type="gramStart"/>
      <w:r>
        <w:rPr>
          <w:lang w:eastAsia="zh-TW"/>
        </w:rPr>
        <w:t>減碳</w:t>
      </w:r>
      <w:proofErr w:type="gramEnd"/>
      <w:r>
        <w:rPr>
          <w:lang w:eastAsia="zh-TW"/>
        </w:rPr>
        <w:t>量（</w:t>
      </w:r>
      <w:r>
        <w:rPr>
          <w:lang w:eastAsia="zh-TW"/>
        </w:rPr>
        <w:t>kgCO2e</w:t>
      </w:r>
      <w:r>
        <w:rPr>
          <w:lang w:eastAsia="zh-TW"/>
        </w:rPr>
        <w:t>）</w:t>
      </w:r>
      <w:r w:rsidR="00093896">
        <w:rPr>
          <w:rFonts w:ascii="新細明體" w:eastAsia="新細明體" w:hAnsi="新細明體" w:hint="eastAsia"/>
          <w:lang w:eastAsia="zh-TW"/>
        </w:rPr>
        <w:t>／節電量</w:t>
      </w:r>
      <w:r>
        <w:rPr>
          <w:lang w:eastAsia="zh-TW"/>
        </w:rPr>
        <w:t>：</w:t>
      </w:r>
      <w:r>
        <w:rPr>
          <w:lang w:eastAsia="zh-TW"/>
        </w:rPr>
        <w:br/>
      </w:r>
      <w:proofErr w:type="gramStart"/>
      <w:r>
        <w:rPr>
          <w:lang w:eastAsia="zh-TW"/>
        </w:rPr>
        <w:t>•</w:t>
      </w:r>
      <w:proofErr w:type="gramEnd"/>
      <w:r>
        <w:rPr>
          <w:lang w:eastAsia="zh-TW"/>
        </w:rPr>
        <w:t xml:space="preserve"> </w:t>
      </w:r>
      <w:r>
        <w:rPr>
          <w:lang w:eastAsia="zh-TW"/>
        </w:rPr>
        <w:t>活動</w:t>
      </w:r>
      <w:r>
        <w:rPr>
          <w:lang w:eastAsia="zh-TW"/>
        </w:rPr>
        <w:t>/</w:t>
      </w:r>
      <w:r>
        <w:rPr>
          <w:lang w:eastAsia="zh-TW"/>
        </w:rPr>
        <w:t>課程場次：</w:t>
      </w:r>
      <w:r>
        <w:rPr>
          <w:lang w:eastAsia="zh-TW"/>
        </w:rPr>
        <w:br/>
      </w:r>
      <w:proofErr w:type="gramStart"/>
      <w:r>
        <w:rPr>
          <w:lang w:eastAsia="zh-TW"/>
        </w:rPr>
        <w:t>•</w:t>
      </w:r>
      <w:proofErr w:type="gramEnd"/>
      <w:r>
        <w:rPr>
          <w:lang w:eastAsia="zh-TW"/>
        </w:rPr>
        <w:t xml:space="preserve"> </w:t>
      </w:r>
      <w:proofErr w:type="gramStart"/>
      <w:r>
        <w:rPr>
          <w:lang w:eastAsia="zh-TW"/>
        </w:rPr>
        <w:t>植樹株</w:t>
      </w:r>
      <w:proofErr w:type="gramEnd"/>
      <w:r>
        <w:rPr>
          <w:lang w:eastAsia="zh-TW"/>
        </w:rPr>
        <w:t>數：</w:t>
      </w:r>
      <w:r>
        <w:rPr>
          <w:lang w:eastAsia="zh-TW"/>
        </w:rPr>
        <w:br/>
      </w:r>
      <w:proofErr w:type="gramStart"/>
      <w:r>
        <w:rPr>
          <w:lang w:eastAsia="zh-TW"/>
        </w:rPr>
        <w:t>•</w:t>
      </w:r>
      <w:proofErr w:type="gramEnd"/>
      <w:r>
        <w:rPr>
          <w:lang w:eastAsia="zh-TW"/>
        </w:rPr>
        <w:t xml:space="preserve"> </w:t>
      </w:r>
      <w:r>
        <w:rPr>
          <w:lang w:eastAsia="zh-TW"/>
        </w:rPr>
        <w:t>經費</w:t>
      </w:r>
      <w:r>
        <w:rPr>
          <w:lang w:eastAsia="zh-TW"/>
        </w:rPr>
        <w:t>/</w:t>
      </w:r>
      <w:r>
        <w:rPr>
          <w:lang w:eastAsia="zh-TW"/>
        </w:rPr>
        <w:t>資源投入：</w:t>
      </w:r>
      <w:r>
        <w:rPr>
          <w:lang w:eastAsia="zh-TW"/>
        </w:rPr>
        <w:br/>
      </w:r>
      <w:proofErr w:type="gramStart"/>
      <w:r>
        <w:rPr>
          <w:lang w:eastAsia="zh-TW"/>
        </w:rPr>
        <w:t>•</w:t>
      </w:r>
      <w:proofErr w:type="gramEnd"/>
      <w:r>
        <w:rPr>
          <w:lang w:eastAsia="zh-TW"/>
        </w:rPr>
        <w:t xml:space="preserve"> </w:t>
      </w:r>
      <w:r>
        <w:rPr>
          <w:lang w:eastAsia="zh-TW"/>
        </w:rPr>
        <w:t>其他：</w:t>
      </w:r>
      <w:r>
        <w:rPr>
          <w:lang w:eastAsia="zh-TW"/>
        </w:rPr>
        <w:br/>
      </w:r>
    </w:p>
    <w:p w14:paraId="76E92D61" w14:textId="1DF69BD6" w:rsidR="00720A7E" w:rsidRDefault="00712AA5">
      <w:pPr>
        <w:rPr>
          <w:lang w:eastAsia="zh-TW"/>
        </w:rPr>
      </w:pPr>
      <w:r w:rsidRPr="00092AE7">
        <w:rPr>
          <w:rFonts w:ascii="標楷體" w:eastAsia="標楷體" w:hAnsi="標楷體" w:hint="eastAsia"/>
          <w:sz w:val="28"/>
          <w:szCs w:val="28"/>
          <w:lang w:eastAsia="zh-TW"/>
        </w:rPr>
        <w:t>五、</w:t>
      </w:r>
      <w:r w:rsidRPr="00092AE7">
        <w:rPr>
          <w:rFonts w:ascii="標楷體" w:eastAsia="標楷體" w:hAnsi="標楷體"/>
          <w:sz w:val="28"/>
          <w:szCs w:val="28"/>
          <w:lang w:eastAsia="zh-TW"/>
        </w:rPr>
        <w:t>主要合作夥伴（名稱）</w:t>
      </w:r>
      <w:r>
        <w:rPr>
          <w:rFonts w:ascii="標楷體" w:eastAsia="標楷體" w:hAnsi="標楷體" w:hint="eastAsia"/>
          <w:sz w:val="28"/>
          <w:szCs w:val="28"/>
          <w:lang w:eastAsia="zh-TW"/>
        </w:rPr>
        <w:t>：</w:t>
      </w:r>
      <w:r w:rsidR="00B9564E">
        <w:rPr>
          <w:lang w:eastAsia="zh-TW"/>
        </w:rPr>
        <w:br/>
      </w:r>
    </w:p>
    <w:p w14:paraId="07DE570A" w14:textId="77777777" w:rsidR="00712AA5" w:rsidRDefault="00712AA5" w:rsidP="00712AA5">
      <w:pPr>
        <w:spacing w:beforeLines="100" w:before="240" w:afterLines="50" w:after="120" w:line="240" w:lineRule="auto"/>
        <w:rPr>
          <w:rFonts w:ascii="標楷體" w:eastAsia="標楷體" w:hAnsi="標楷體"/>
          <w:sz w:val="28"/>
          <w:szCs w:val="28"/>
          <w:lang w:eastAsia="zh-TW"/>
        </w:rPr>
      </w:pPr>
      <w:r w:rsidRPr="00092AE7">
        <w:rPr>
          <w:rFonts w:ascii="標楷體" w:eastAsia="標楷體" w:hAnsi="標楷體" w:hint="eastAsia"/>
          <w:sz w:val="28"/>
          <w:szCs w:val="28"/>
          <w:lang w:eastAsia="zh-TW"/>
        </w:rPr>
        <w:t>六、</w:t>
      </w:r>
      <w:r w:rsidRPr="00092AE7">
        <w:rPr>
          <w:rFonts w:ascii="標楷體" w:eastAsia="標楷體" w:hAnsi="標楷體"/>
          <w:sz w:val="28"/>
          <w:szCs w:val="28"/>
          <w:lang w:eastAsia="zh-TW"/>
        </w:rPr>
        <w:t>資料公開與影像授權</w:t>
      </w:r>
      <w:r w:rsidRPr="009D3DE9">
        <w:rPr>
          <w:rFonts w:ascii="標楷體" w:eastAsia="標楷體" w:hAnsi="標楷體" w:hint="eastAsia"/>
          <w:sz w:val="28"/>
          <w:szCs w:val="28"/>
          <w:lang w:eastAsia="zh-TW"/>
        </w:rPr>
        <w:t>（請勾選）</w:t>
      </w:r>
      <w:r w:rsidRPr="00092AE7">
        <w:rPr>
          <w:rFonts w:ascii="標楷體" w:eastAsia="標楷體" w:hAnsi="標楷體"/>
          <w:sz w:val="28"/>
          <w:szCs w:val="28"/>
          <w:lang w:eastAsia="zh-TW"/>
        </w:rPr>
        <w:t>：</w:t>
      </w:r>
    </w:p>
    <w:p w14:paraId="6A7ECC1C" w14:textId="3250AB43" w:rsidR="00720A7E" w:rsidRDefault="00B9564E">
      <w:pPr>
        <w:rPr>
          <w:lang w:eastAsia="zh-TW"/>
        </w:rPr>
      </w:pPr>
      <w:r>
        <w:rPr>
          <w:lang w:eastAsia="zh-TW"/>
        </w:rPr>
        <w:t xml:space="preserve">□ </w:t>
      </w:r>
      <w:r>
        <w:rPr>
          <w:lang w:eastAsia="zh-TW"/>
        </w:rPr>
        <w:t>同意主辦方公開計畫名稱、簡述與成果摘要</w:t>
      </w:r>
      <w:r>
        <w:rPr>
          <w:lang w:eastAsia="zh-TW"/>
        </w:rPr>
        <w:br/>
        <w:t xml:space="preserve">□ </w:t>
      </w:r>
      <w:r>
        <w:rPr>
          <w:lang w:eastAsia="zh-TW"/>
        </w:rPr>
        <w:t>同意活動攝影</w:t>
      </w:r>
      <w:r>
        <w:rPr>
          <w:lang w:eastAsia="zh-TW"/>
        </w:rPr>
        <w:t>/</w:t>
      </w:r>
      <w:r>
        <w:rPr>
          <w:lang w:eastAsia="zh-TW"/>
        </w:rPr>
        <w:t>錄影並授權於非商業性宣傳與典藏使用</w:t>
      </w:r>
    </w:p>
    <w:p w14:paraId="5B7523D5" w14:textId="1BB8AA8A" w:rsidR="00712AA5" w:rsidRDefault="00712AA5" w:rsidP="00712AA5">
      <w:pPr>
        <w:spacing w:afterLines="50" w:after="120" w:line="240" w:lineRule="auto"/>
        <w:rPr>
          <w:rFonts w:ascii="標楷體" w:eastAsia="標楷體" w:hAnsi="標楷體"/>
          <w:sz w:val="28"/>
          <w:szCs w:val="28"/>
          <w:lang w:eastAsia="zh-TW"/>
        </w:rPr>
      </w:pPr>
      <w:r w:rsidRPr="00773A13">
        <w:rPr>
          <w:rFonts w:ascii="新細明體" w:eastAsia="新細明體" w:hAnsi="新細明體"/>
          <w:noProof/>
          <w:sz w:val="24"/>
          <w:szCs w:val="24"/>
          <w:lang w:eastAsia="zh-TW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DAE50EB" wp14:editId="13B4911D">
                <wp:simplePos x="0" y="0"/>
                <wp:positionH relativeFrom="column">
                  <wp:posOffset>4076700</wp:posOffset>
                </wp:positionH>
                <wp:positionV relativeFrom="paragraph">
                  <wp:posOffset>257175</wp:posOffset>
                </wp:positionV>
                <wp:extent cx="2540000" cy="1404620"/>
                <wp:effectExtent l="0" t="0" r="12700" b="1397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6C0E64" w14:textId="76DECFA0" w:rsidR="00712AA5" w:rsidRDefault="00712AA5" w:rsidP="00712AA5">
                            <w:pPr>
                              <w:spacing w:after="0" w:line="240" w:lineRule="exact"/>
                              <w:rPr>
                                <w:rFonts w:eastAsia="新細明體"/>
                                <w:sz w:val="20"/>
                                <w:szCs w:val="20"/>
                                <w:lang w:eastAsia="zh-TW"/>
                              </w:rPr>
                            </w:pPr>
                            <w:r w:rsidRPr="00294642">
                              <w:rPr>
                                <w:sz w:val="20"/>
                                <w:szCs w:val="20"/>
                                <w:lang w:eastAsia="zh-TW"/>
                              </w:rPr>
                              <w:t>紙本文件請簽名後傳真至：</w:t>
                            </w:r>
                            <w:r w:rsidRPr="00294642">
                              <w:rPr>
                                <w:sz w:val="20"/>
                                <w:szCs w:val="20"/>
                                <w:lang w:eastAsia="zh-TW"/>
                              </w:rPr>
                              <w:t>06-2092813</w:t>
                            </w:r>
                            <w:r w:rsidRPr="00294642">
                              <w:rPr>
                                <w:sz w:val="20"/>
                                <w:szCs w:val="20"/>
                                <w:lang w:eastAsia="zh-TW"/>
                              </w:rPr>
                              <w:t>／檔案</w:t>
                            </w:r>
                            <w:r w:rsidRPr="00294642">
                              <w:rPr>
                                <w:rFonts w:eastAsia="新細明體" w:hint="eastAsia"/>
                                <w:sz w:val="20"/>
                                <w:szCs w:val="20"/>
                                <w:lang w:eastAsia="zh-TW"/>
                              </w:rPr>
                              <w:t>e</w:t>
                            </w:r>
                            <w:r w:rsidRPr="00294642">
                              <w:rPr>
                                <w:rFonts w:eastAsia="新細明體"/>
                                <w:sz w:val="20"/>
                                <w:szCs w:val="20"/>
                                <w:lang w:eastAsia="zh-TW"/>
                              </w:rPr>
                              <w:t>mail</w:t>
                            </w:r>
                            <w:r w:rsidRPr="00294642">
                              <w:rPr>
                                <w:rFonts w:eastAsia="新細明體"/>
                                <w:sz w:val="20"/>
                                <w:szCs w:val="20"/>
                                <w:lang w:eastAsia="zh-TW"/>
                              </w:rPr>
                              <w:t>至</w:t>
                            </w:r>
                            <w:r w:rsidRPr="00294642">
                              <w:rPr>
                                <w:rFonts w:eastAsia="新細明體" w:hint="eastAsia"/>
                                <w:sz w:val="20"/>
                                <w:szCs w:val="20"/>
                                <w:lang w:eastAsia="zh-TW"/>
                              </w:rPr>
                              <w:t>：</w:t>
                            </w:r>
                            <w:hyperlink r:id="rId8" w:history="1">
                              <w:r w:rsidRPr="00F77BDF">
                                <w:rPr>
                                  <w:rStyle w:val="affa"/>
                                  <w:rFonts w:eastAsia="新細明體"/>
                                  <w:sz w:val="20"/>
                                  <w:szCs w:val="20"/>
                                  <w:lang w:eastAsia="zh-TW"/>
                                </w:rPr>
                                <w:t>ca-tainan@umail.hinet.net</w:t>
                              </w:r>
                            </w:hyperlink>
                          </w:p>
                          <w:p w14:paraId="69B68A1D" w14:textId="12EB5E2E" w:rsidR="00712AA5" w:rsidRPr="00334D7F" w:rsidRDefault="00712AA5" w:rsidP="00712AA5">
                            <w:pPr>
                              <w:spacing w:after="0" w:line="240" w:lineRule="exact"/>
                              <w:rPr>
                                <w:rFonts w:eastAsia="新細明體"/>
                                <w:i/>
                                <w:iCs/>
                                <w:sz w:val="18"/>
                                <w:szCs w:val="18"/>
                                <w:lang w:eastAsia="zh-TW"/>
                              </w:rPr>
                            </w:pPr>
                            <w:bookmarkStart w:id="1" w:name="_Hlk210157730"/>
                            <w:bookmarkStart w:id="2" w:name="_Hlk210157731"/>
                            <w:r>
                              <w:rPr>
                                <w:rFonts w:eastAsia="新細明體" w:hint="eastAsia"/>
                                <w:sz w:val="20"/>
                                <w:szCs w:val="20"/>
                                <w:lang w:eastAsia="zh-TW"/>
                              </w:rPr>
                              <w:t>檔案名稱採用：</w:t>
                            </w:r>
                            <w:r w:rsidR="00334D7F" w:rsidRPr="00334D7F">
                              <w:rPr>
                                <w:rFonts w:eastAsia="新細明體" w:hint="eastAsia"/>
                                <w:i/>
                                <w:iCs/>
                                <w:sz w:val="18"/>
                                <w:szCs w:val="18"/>
                                <w:lang w:eastAsia="zh-TW"/>
                              </w:rPr>
                              <w:t>教區名稱＋被推薦案聯絡人</w:t>
                            </w:r>
                            <w:bookmarkEnd w:id="1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0DAE50EB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321pt;margin-top:20.25pt;width:200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" strokecolor="black [3213]">
                <v:stroke dashstyle="3 1"/>
                <v:textbox style="mso-fit-shape-to-text:t">
                  <w:txbxContent>
                    <w:p w14:paraId="3E6C0E64" w14:textId="76DECFA0" w:rsidR="00712AA5" w:rsidRDefault="00712AA5" w:rsidP="00712AA5">
                      <w:pPr>
                        <w:spacing w:after="0" w:line="240" w:lineRule="exact"/>
                        <w:rPr>
                          <w:rFonts w:eastAsia="新細明體"/>
                          <w:sz w:val="20"/>
                          <w:szCs w:val="20"/>
                          <w:lang w:eastAsia="zh-TW"/>
                        </w:rPr>
                      </w:pPr>
                      <w:r w:rsidRPr="00294642">
                        <w:rPr>
                          <w:sz w:val="20"/>
                          <w:szCs w:val="20"/>
                          <w:lang w:eastAsia="zh-TW"/>
                        </w:rPr>
                        <w:t>紙本文件請簽名後傳真至：</w:t>
                      </w:r>
                      <w:r w:rsidRPr="00294642">
                        <w:rPr>
                          <w:sz w:val="20"/>
                          <w:szCs w:val="20"/>
                          <w:lang w:eastAsia="zh-TW"/>
                        </w:rPr>
                        <w:t>06-2092813</w:t>
                      </w:r>
                      <w:r w:rsidRPr="00294642">
                        <w:rPr>
                          <w:sz w:val="20"/>
                          <w:szCs w:val="20"/>
                          <w:lang w:eastAsia="zh-TW"/>
                        </w:rPr>
                        <w:t>／檔案</w:t>
                      </w:r>
                      <w:r w:rsidRPr="00294642">
                        <w:rPr>
                          <w:rFonts w:eastAsia="新細明體" w:hint="eastAsia"/>
                          <w:sz w:val="20"/>
                          <w:szCs w:val="20"/>
                          <w:lang w:eastAsia="zh-TW"/>
                        </w:rPr>
                        <w:t>e</w:t>
                      </w:r>
                      <w:r w:rsidRPr="00294642">
                        <w:rPr>
                          <w:rFonts w:eastAsia="新細明體"/>
                          <w:sz w:val="20"/>
                          <w:szCs w:val="20"/>
                          <w:lang w:eastAsia="zh-TW"/>
                        </w:rPr>
                        <w:t>mail</w:t>
                      </w:r>
                      <w:r w:rsidRPr="00294642">
                        <w:rPr>
                          <w:rFonts w:eastAsia="新細明體"/>
                          <w:sz w:val="20"/>
                          <w:szCs w:val="20"/>
                          <w:lang w:eastAsia="zh-TW"/>
                        </w:rPr>
                        <w:t>至</w:t>
                      </w:r>
                      <w:r w:rsidRPr="00294642">
                        <w:rPr>
                          <w:rFonts w:eastAsia="新細明體" w:hint="eastAsia"/>
                          <w:sz w:val="20"/>
                          <w:szCs w:val="20"/>
                          <w:lang w:eastAsia="zh-TW"/>
                        </w:rPr>
                        <w:t>：</w:t>
                      </w:r>
                      <w:hyperlink r:id="rId9" w:history="1">
                        <w:r w:rsidRPr="00F77BDF">
                          <w:rPr>
                            <w:rStyle w:val="affa"/>
                            <w:rFonts w:eastAsia="新細明體"/>
                            <w:sz w:val="20"/>
                            <w:szCs w:val="20"/>
                            <w:lang w:eastAsia="zh-TW"/>
                          </w:rPr>
                          <w:t>ca-tainan@umail.hinet.net</w:t>
                        </w:r>
                      </w:hyperlink>
                    </w:p>
                    <w:p w14:paraId="69B68A1D" w14:textId="12EB5E2E" w:rsidR="00712AA5" w:rsidRPr="00334D7F" w:rsidRDefault="00712AA5" w:rsidP="00712AA5">
                      <w:pPr>
                        <w:spacing w:after="0" w:line="240" w:lineRule="exact"/>
                        <w:rPr>
                          <w:rFonts w:eastAsia="新細明體" w:hint="eastAsia"/>
                          <w:i/>
                          <w:iCs/>
                          <w:sz w:val="18"/>
                          <w:szCs w:val="18"/>
                          <w:lang w:eastAsia="zh-TW"/>
                        </w:rPr>
                      </w:pPr>
                      <w:bookmarkStart w:id="2" w:name="_Hlk210157730"/>
                      <w:bookmarkStart w:id="3" w:name="_Hlk210157731"/>
                      <w:r>
                        <w:rPr>
                          <w:rFonts w:eastAsia="新細明體" w:hint="eastAsia"/>
                          <w:sz w:val="20"/>
                          <w:szCs w:val="20"/>
                          <w:lang w:eastAsia="zh-TW"/>
                        </w:rPr>
                        <w:t>檔案名稱採用：</w:t>
                      </w:r>
                      <w:r w:rsidR="00334D7F" w:rsidRPr="00334D7F">
                        <w:rPr>
                          <w:rFonts w:eastAsia="新細明體" w:hint="eastAsia"/>
                          <w:i/>
                          <w:iCs/>
                          <w:sz w:val="18"/>
                          <w:szCs w:val="18"/>
                          <w:lang w:eastAsia="zh-TW"/>
                        </w:rPr>
                        <w:t>教區名稱＋被推薦案聯絡人</w:t>
                      </w:r>
                      <w:bookmarkEnd w:id="2"/>
                      <w:bookmarkEnd w:id="3"/>
                    </w:p>
                  </w:txbxContent>
                </v:textbox>
                <w10:wrap type="square"/>
              </v:shape>
            </w:pict>
          </mc:Fallback>
        </mc:AlternateContent>
      </w:r>
      <w:r w:rsidRPr="00BA63D4">
        <w:rPr>
          <w:rFonts w:ascii="標楷體" w:eastAsia="標楷體" w:hAnsi="標楷體" w:hint="eastAsia"/>
          <w:sz w:val="28"/>
          <w:szCs w:val="28"/>
          <w:lang w:eastAsia="zh-TW"/>
        </w:rPr>
        <w:t>七、</w:t>
      </w:r>
      <w:r w:rsidRPr="00BA63D4">
        <w:rPr>
          <w:rFonts w:ascii="標楷體" w:eastAsia="標楷體" w:hAnsi="標楷體"/>
          <w:sz w:val="28"/>
          <w:szCs w:val="28"/>
          <w:lang w:eastAsia="zh-TW"/>
        </w:rPr>
        <w:t>其他補充說明：</w:t>
      </w:r>
    </w:p>
    <w:p w14:paraId="115EF895" w14:textId="77777777" w:rsidR="00712AA5" w:rsidRPr="00B02130" w:rsidRDefault="00B9564E" w:rsidP="00712AA5">
      <w:pPr>
        <w:spacing w:beforeLines="100" w:before="240" w:after="0" w:line="240" w:lineRule="auto"/>
        <w:rPr>
          <w:rFonts w:ascii="標楷體" w:eastAsia="標楷體" w:hAnsi="標楷體"/>
          <w:sz w:val="28"/>
          <w:szCs w:val="28"/>
          <w:lang w:eastAsia="zh-TW"/>
        </w:rPr>
      </w:pPr>
      <w:r>
        <w:rPr>
          <w:lang w:eastAsia="zh-TW"/>
        </w:rPr>
        <w:br/>
      </w:r>
      <w:r w:rsidR="00712AA5" w:rsidRPr="00B02130">
        <w:rPr>
          <w:rFonts w:ascii="標楷體" w:eastAsia="標楷體" w:hAnsi="標楷體" w:hint="eastAsia"/>
          <w:sz w:val="28"/>
          <w:szCs w:val="28"/>
          <w:lang w:eastAsia="zh-TW"/>
        </w:rPr>
        <w:t>八、推薦單位簽章：</w:t>
      </w:r>
    </w:p>
    <w:p w14:paraId="03731CD6" w14:textId="705E9BF7" w:rsidR="00712AA5" w:rsidRDefault="00712AA5" w:rsidP="00712AA5">
      <w:pPr>
        <w:spacing w:beforeLines="100" w:before="240" w:after="0" w:line="240" w:lineRule="auto"/>
        <w:rPr>
          <w:rFonts w:ascii="新細明體" w:eastAsia="新細明體" w:hAnsi="新細明體"/>
          <w:sz w:val="24"/>
          <w:szCs w:val="24"/>
          <w:lang w:eastAsia="zh-TW"/>
        </w:rPr>
      </w:pPr>
      <w:r w:rsidRPr="00D412D9">
        <w:rPr>
          <w:rFonts w:ascii="新細明體" w:eastAsia="新細明體" w:hAnsi="新細明體" w:hint="eastAsia"/>
          <w:sz w:val="24"/>
          <w:szCs w:val="24"/>
          <w:lang w:eastAsia="zh-TW"/>
        </w:rPr>
        <w:t>日期：</w:t>
      </w:r>
      <w:r>
        <w:rPr>
          <w:rFonts w:ascii="新細明體" w:eastAsia="新細明體" w:hAnsi="新細明體" w:hint="eastAsia"/>
          <w:sz w:val="24"/>
          <w:szCs w:val="24"/>
          <w:lang w:eastAsia="zh-TW"/>
        </w:rPr>
        <w:t xml:space="preserve"> </w:t>
      </w:r>
      <w:r w:rsidRPr="00D412D9">
        <w:rPr>
          <w:rFonts w:ascii="新細明體" w:eastAsia="新細明體" w:hAnsi="新細明體" w:hint="eastAsia"/>
          <w:sz w:val="24"/>
          <w:szCs w:val="24"/>
          <w:lang w:eastAsia="zh-TW"/>
        </w:rPr>
        <w:t>2025</w:t>
      </w:r>
      <w:r>
        <w:rPr>
          <w:rFonts w:ascii="新細明體" w:eastAsia="新細明體" w:hAnsi="新細明體" w:hint="eastAsia"/>
          <w:sz w:val="24"/>
          <w:szCs w:val="24"/>
          <w:lang w:eastAsia="zh-TW"/>
        </w:rPr>
        <w:t xml:space="preserve"> </w:t>
      </w:r>
      <w:r w:rsidRPr="00D412D9">
        <w:rPr>
          <w:rFonts w:ascii="新細明體" w:eastAsia="新細明體" w:hAnsi="新細明體" w:hint="eastAsia"/>
          <w:sz w:val="24"/>
          <w:szCs w:val="24"/>
          <w:lang w:eastAsia="zh-TW"/>
        </w:rPr>
        <w:t xml:space="preserve"> 年</w:t>
      </w:r>
      <w:r>
        <w:rPr>
          <w:rFonts w:ascii="新細明體" w:eastAsia="新細明體" w:hAnsi="新細明體" w:hint="eastAsia"/>
          <w:sz w:val="24"/>
          <w:szCs w:val="24"/>
          <w:lang w:eastAsia="zh-TW"/>
        </w:rPr>
        <w:t xml:space="preserve"> </w:t>
      </w:r>
      <w:r w:rsidRPr="00D412D9">
        <w:rPr>
          <w:rFonts w:ascii="新細明體" w:eastAsia="新細明體" w:hAnsi="新細明體" w:hint="eastAsia"/>
          <w:sz w:val="24"/>
          <w:szCs w:val="24"/>
          <w:lang w:eastAsia="zh-TW"/>
        </w:rPr>
        <w:t xml:space="preserve"> </w:t>
      </w:r>
      <w:r>
        <w:rPr>
          <w:rFonts w:ascii="新細明體" w:eastAsia="新細明體" w:hAnsi="新細明體" w:hint="eastAsia"/>
          <w:sz w:val="24"/>
          <w:szCs w:val="24"/>
          <w:lang w:eastAsia="zh-TW"/>
        </w:rPr>
        <w:t xml:space="preserve">  </w:t>
      </w:r>
      <w:r w:rsidRPr="00D412D9">
        <w:rPr>
          <w:rFonts w:ascii="新細明體" w:eastAsia="新細明體" w:hAnsi="新細明體" w:hint="eastAsia"/>
          <w:sz w:val="24"/>
          <w:szCs w:val="24"/>
          <w:lang w:eastAsia="zh-TW"/>
        </w:rPr>
        <w:t xml:space="preserve"> 月 </w:t>
      </w:r>
      <w:r>
        <w:rPr>
          <w:rFonts w:ascii="新細明體" w:eastAsia="新細明體" w:hAnsi="新細明體" w:hint="eastAsia"/>
          <w:sz w:val="24"/>
          <w:szCs w:val="24"/>
          <w:lang w:eastAsia="zh-TW"/>
        </w:rPr>
        <w:t xml:space="preserve">   </w:t>
      </w:r>
      <w:r w:rsidRPr="00D412D9">
        <w:rPr>
          <w:rFonts w:ascii="新細明體" w:eastAsia="新細明體" w:hAnsi="新細明體" w:hint="eastAsia"/>
          <w:sz w:val="24"/>
          <w:szCs w:val="24"/>
          <w:lang w:eastAsia="zh-TW"/>
        </w:rPr>
        <w:t xml:space="preserve"> 日</w:t>
      </w:r>
    </w:p>
    <w:p w14:paraId="1D694157" w14:textId="1C3D3DEC" w:rsidR="00720A7E" w:rsidRDefault="00720A7E">
      <w:pPr>
        <w:rPr>
          <w:rFonts w:eastAsia="新細明體"/>
          <w:lang w:eastAsia="zh-TW"/>
        </w:rPr>
      </w:pPr>
    </w:p>
    <w:p w14:paraId="747D44FF" w14:textId="5955849D" w:rsidR="00712AA5" w:rsidRPr="00712AA5" w:rsidRDefault="00712AA5">
      <w:pPr>
        <w:rPr>
          <w:rFonts w:eastAsia="新細明體"/>
          <w:lang w:eastAsia="zh-TW"/>
        </w:rPr>
      </w:pPr>
      <w:r>
        <w:rPr>
          <w:rFonts w:ascii="新細明體" w:eastAsia="新細明體" w:hAnsi="新細明體" w:hint="eastAsia"/>
          <w:sz w:val="24"/>
          <w:szCs w:val="24"/>
          <w:lang w:eastAsia="zh-TW"/>
        </w:rPr>
        <w:t>===================================================================</w:t>
      </w:r>
    </w:p>
    <w:p w14:paraId="1223FD47" w14:textId="233D6485" w:rsidR="00720A7E" w:rsidRPr="00712AA5" w:rsidRDefault="00B9564E">
      <w:pPr>
        <w:rPr>
          <w:rFonts w:eastAsia="新細明體"/>
          <w:lang w:eastAsia="zh-TW"/>
        </w:rPr>
      </w:pPr>
      <w:r>
        <w:rPr>
          <w:lang w:eastAsia="zh-TW"/>
        </w:rPr>
        <w:t>（以下由主辦單位填寫）</w:t>
      </w:r>
      <w:r>
        <w:rPr>
          <w:lang w:eastAsia="zh-TW"/>
        </w:rPr>
        <w:br/>
      </w:r>
      <w:r>
        <w:rPr>
          <w:lang w:eastAsia="zh-TW"/>
        </w:rPr>
        <w:t>初審狀態：</w:t>
      </w:r>
      <w:bookmarkStart w:id="3" w:name="_Hlk210157796"/>
      <w:r>
        <w:rPr>
          <w:lang w:eastAsia="zh-TW"/>
        </w:rPr>
        <w:t xml:space="preserve">□ </w:t>
      </w:r>
      <w:r>
        <w:rPr>
          <w:lang w:eastAsia="zh-TW"/>
        </w:rPr>
        <w:t>待審</w:t>
      </w:r>
      <w:r>
        <w:rPr>
          <w:lang w:eastAsia="zh-TW"/>
        </w:rPr>
        <w:t xml:space="preserve">  □ </w:t>
      </w:r>
      <w:r>
        <w:rPr>
          <w:lang w:eastAsia="zh-TW"/>
        </w:rPr>
        <w:t>通過</w:t>
      </w:r>
      <w:r>
        <w:rPr>
          <w:lang w:eastAsia="zh-TW"/>
        </w:rPr>
        <w:t xml:space="preserve">  □ </w:t>
      </w:r>
      <w:r>
        <w:rPr>
          <w:lang w:eastAsia="zh-TW"/>
        </w:rPr>
        <w:t>補件</w:t>
      </w:r>
      <w:r>
        <w:rPr>
          <w:lang w:eastAsia="zh-TW"/>
        </w:rPr>
        <w:t xml:space="preserve">  □ </w:t>
      </w:r>
      <w:r>
        <w:rPr>
          <w:lang w:eastAsia="zh-TW"/>
        </w:rPr>
        <w:t>不通過</w:t>
      </w:r>
      <w:bookmarkEnd w:id="3"/>
      <w:r>
        <w:rPr>
          <w:lang w:eastAsia="zh-TW"/>
        </w:rPr>
        <w:br/>
      </w:r>
      <w:r>
        <w:rPr>
          <w:lang w:eastAsia="zh-TW"/>
        </w:rPr>
        <w:t>審查意見：</w:t>
      </w:r>
      <w:r>
        <w:rPr>
          <w:lang w:eastAsia="zh-TW"/>
        </w:rPr>
        <w:br/>
      </w:r>
      <w:r>
        <w:rPr>
          <w:lang w:eastAsia="zh-TW"/>
        </w:rPr>
        <w:br/>
      </w:r>
    </w:p>
    <w:sectPr w:rsidR="00720A7E" w:rsidRPr="00712AA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FD45AD" w14:textId="77777777" w:rsidR="00712AA5" w:rsidRDefault="00712AA5" w:rsidP="00712AA5">
      <w:pPr>
        <w:spacing w:after="0" w:line="240" w:lineRule="auto"/>
      </w:pPr>
      <w:r>
        <w:separator/>
      </w:r>
    </w:p>
  </w:endnote>
  <w:endnote w:type="continuationSeparator" w:id="0">
    <w:p w14:paraId="534917C1" w14:textId="77777777" w:rsidR="00712AA5" w:rsidRDefault="00712AA5" w:rsidP="00712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4A405C" w14:textId="77777777" w:rsidR="00712AA5" w:rsidRDefault="00712AA5" w:rsidP="00712AA5">
      <w:pPr>
        <w:spacing w:after="0" w:line="240" w:lineRule="auto"/>
      </w:pPr>
      <w:r>
        <w:separator/>
      </w:r>
    </w:p>
  </w:footnote>
  <w:footnote w:type="continuationSeparator" w:id="0">
    <w:p w14:paraId="30BCB3C8" w14:textId="77777777" w:rsidR="00712AA5" w:rsidRDefault="00712AA5" w:rsidP="00712A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93896"/>
    <w:rsid w:val="000D6B1C"/>
    <w:rsid w:val="0015074B"/>
    <w:rsid w:val="001D2C22"/>
    <w:rsid w:val="0029639D"/>
    <w:rsid w:val="00326F90"/>
    <w:rsid w:val="00334D7F"/>
    <w:rsid w:val="003E633D"/>
    <w:rsid w:val="00712AA5"/>
    <w:rsid w:val="00720A7E"/>
    <w:rsid w:val="00996340"/>
    <w:rsid w:val="00A77BD1"/>
    <w:rsid w:val="00AA1D8D"/>
    <w:rsid w:val="00B47730"/>
    <w:rsid w:val="00B9564E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7C8388DD"/>
  <w14:defaultImageDpi w14:val="300"/>
  <w15:docId w15:val="{02C4E778-5773-45C9-AEC9-E2296B0CC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頁首 字元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頁尾 字元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標題 1 字元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標題 2 字元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標題 3 字元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標題 字元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標題 字元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字元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字元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字元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巨集文字 字元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文 字元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標題 4 字元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標題 5 字元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標題 6 字元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標題 7 字元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標題 8 字元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標題 9 字元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鮮明引文 字元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a">
    <w:name w:val="Hyperlink"/>
    <w:basedOn w:val="a2"/>
    <w:uiPriority w:val="99"/>
    <w:unhideWhenUsed/>
    <w:rsid w:val="00712AA5"/>
    <w:rPr>
      <w:color w:val="0000FF" w:themeColor="hyperlink"/>
      <w:u w:val="single"/>
    </w:rPr>
  </w:style>
  <w:style w:type="character" w:styleId="affb">
    <w:name w:val="Unresolved Mention"/>
    <w:basedOn w:val="a2"/>
    <w:uiPriority w:val="99"/>
    <w:semiHidden/>
    <w:unhideWhenUsed/>
    <w:rsid w:val="00712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062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-tainan@umail.hinet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a-tainan@umail.hinet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A2084D9-9477-4851-93FF-A9EA6419C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</cp:lastModifiedBy>
  <cp:revision>4</cp:revision>
  <dcterms:created xsi:type="dcterms:W3CDTF">2025-09-22T00:01:00Z</dcterms:created>
  <dcterms:modified xsi:type="dcterms:W3CDTF">2025-10-23T21:48:00Z</dcterms:modified>
  <cp:category/>
</cp:coreProperties>
</file>